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4C7DE" w14:textId="77777777" w:rsidR="00172E13" w:rsidRPr="00172E13" w:rsidRDefault="00F80097" w:rsidP="00172E13">
      <w:pPr>
        <w:pStyle w:val="Titel"/>
        <w:jc w:val="center"/>
      </w:pPr>
      <w:r w:rsidRPr="00172E13">
        <w:t xml:space="preserve">Abzeichnungsliste </w:t>
      </w:r>
      <w:proofErr w:type="spellStart"/>
      <w:r w:rsidRPr="00172E13">
        <w:t>Zeugnisbemerkungen</w:t>
      </w:r>
      <w:proofErr w:type="spellEnd"/>
    </w:p>
    <w:p w14:paraId="526A41D6" w14:textId="772365D3" w:rsidR="00947236" w:rsidRDefault="00F80097" w:rsidP="00172E13">
      <w:pPr>
        <w:spacing w:line="480" w:lineRule="auto"/>
        <w:ind w:right="191"/>
        <w:jc w:val="center"/>
      </w:pPr>
      <w:proofErr w:type="spellStart"/>
      <w:r>
        <w:rPr>
          <w:b/>
          <w:sz w:val="28"/>
        </w:rPr>
        <w:t>Zeugnisart</w:t>
      </w:r>
      <w:proofErr w:type="spellEnd"/>
      <w:r>
        <w:rPr>
          <w:b/>
          <w:sz w:val="28"/>
        </w:rPr>
        <w:t xml:space="preserve"> </w:t>
      </w:r>
      <w:r w:rsidRPr="00172E13">
        <w:rPr>
          <w:bCs/>
          <w:sz w:val="28"/>
        </w:rPr>
        <w:t>(ZZ / JZ)</w:t>
      </w:r>
      <w:r>
        <w:rPr>
          <w:b/>
          <w:sz w:val="28"/>
        </w:rPr>
        <w:t>: ___</w:t>
      </w:r>
      <w:r w:rsidR="00172E13">
        <w:rPr>
          <w:b/>
          <w:sz w:val="28"/>
        </w:rPr>
        <w:t>_</w:t>
      </w:r>
      <w:r>
        <w:rPr>
          <w:b/>
          <w:sz w:val="28"/>
        </w:rPr>
        <w:t xml:space="preserve">_ </w:t>
      </w:r>
      <w:r>
        <w:rPr>
          <w:b/>
          <w:sz w:val="28"/>
        </w:rPr>
        <w:tab/>
      </w:r>
      <w:proofErr w:type="spellStart"/>
      <w:r>
        <w:rPr>
          <w:b/>
          <w:sz w:val="28"/>
        </w:rPr>
        <w:t>Jahrgangsstufe</w:t>
      </w:r>
      <w:proofErr w:type="spellEnd"/>
      <w:r>
        <w:rPr>
          <w:b/>
          <w:sz w:val="28"/>
        </w:rPr>
        <w:t>:</w:t>
      </w:r>
      <w:r w:rsidR="00172E13">
        <w:rPr>
          <w:b/>
          <w:sz w:val="28"/>
        </w:rPr>
        <w:t xml:space="preserve"> </w:t>
      </w:r>
      <w:r>
        <w:rPr>
          <w:b/>
          <w:sz w:val="28"/>
        </w:rPr>
        <w:t xml:space="preserve">________ </w:t>
      </w:r>
      <w:r>
        <w:rPr>
          <w:b/>
          <w:sz w:val="28"/>
        </w:rPr>
        <w:tab/>
      </w:r>
      <w:proofErr w:type="spellStart"/>
      <w:r w:rsidR="00172E13">
        <w:rPr>
          <w:b/>
          <w:sz w:val="28"/>
        </w:rPr>
        <w:t>Schuljahr</w:t>
      </w:r>
      <w:proofErr w:type="spellEnd"/>
      <w:r w:rsidR="00172E13">
        <w:rPr>
          <w:b/>
          <w:sz w:val="28"/>
        </w:rPr>
        <w:t>:</w:t>
      </w:r>
      <w:r>
        <w:rPr>
          <w:b/>
          <w:sz w:val="28"/>
        </w:rPr>
        <w:t xml:space="preserve"> </w:t>
      </w:r>
      <w:r w:rsidR="00172E13">
        <w:rPr>
          <w:b/>
          <w:sz w:val="28"/>
        </w:rPr>
        <w:t>____</w:t>
      </w:r>
      <w:proofErr w:type="gramStart"/>
      <w:r w:rsidR="00172E13">
        <w:rPr>
          <w:b/>
          <w:sz w:val="28"/>
        </w:rPr>
        <w:t>_</w:t>
      </w:r>
      <w:r w:rsidR="00172E13">
        <w:rPr>
          <w:b/>
          <w:sz w:val="28"/>
        </w:rPr>
        <w:t xml:space="preserve">  </w:t>
      </w:r>
      <w:r>
        <w:rPr>
          <w:b/>
          <w:sz w:val="28"/>
        </w:rPr>
        <w:t>/</w:t>
      </w:r>
      <w:proofErr w:type="gramEnd"/>
      <w:r>
        <w:rPr>
          <w:b/>
          <w:sz w:val="28"/>
        </w:rPr>
        <w:t xml:space="preserve"> _____</w:t>
      </w:r>
    </w:p>
    <w:p w14:paraId="4C6FE5E9" w14:textId="2713978B" w:rsidR="00947236" w:rsidRPr="00172E13" w:rsidRDefault="00000000" w:rsidP="00172E13">
      <w:pPr>
        <w:spacing w:line="480" w:lineRule="auto"/>
        <w:ind w:right="191"/>
        <w:jc w:val="center"/>
        <w:rPr>
          <w:b/>
          <w:sz w:val="28"/>
        </w:rPr>
      </w:pPr>
      <w:proofErr w:type="spellStart"/>
      <w:r w:rsidRPr="00172E13">
        <w:rPr>
          <w:b/>
          <w:sz w:val="28"/>
        </w:rPr>
        <w:t>Klasse</w:t>
      </w:r>
      <w:proofErr w:type="spellEnd"/>
      <w:r w:rsidRPr="00172E13">
        <w:rPr>
          <w:b/>
          <w:sz w:val="28"/>
        </w:rPr>
        <w:t>: ____</w:t>
      </w:r>
      <w:r w:rsidR="00F80097" w:rsidRPr="00172E13">
        <w:rPr>
          <w:b/>
          <w:sz w:val="28"/>
        </w:rPr>
        <w:t>_</w:t>
      </w:r>
      <w:r w:rsidRPr="00172E13">
        <w:rPr>
          <w:b/>
          <w:sz w:val="28"/>
        </w:rPr>
        <w:tab/>
      </w:r>
      <w:proofErr w:type="spellStart"/>
      <w:r w:rsidRPr="00172E13">
        <w:rPr>
          <w:b/>
          <w:sz w:val="28"/>
        </w:rPr>
        <w:t>Klassenleitungen</w:t>
      </w:r>
      <w:proofErr w:type="spellEnd"/>
      <w:r w:rsidR="00F80097" w:rsidRPr="00172E13">
        <w:rPr>
          <w:b/>
          <w:sz w:val="28"/>
        </w:rPr>
        <w:t xml:space="preserve"> (</w:t>
      </w:r>
      <w:proofErr w:type="spellStart"/>
      <w:r w:rsidR="00F80097" w:rsidRPr="00172E13">
        <w:rPr>
          <w:b/>
          <w:sz w:val="28"/>
        </w:rPr>
        <w:t>Kü</w:t>
      </w:r>
      <w:r w:rsidR="00172E13">
        <w:rPr>
          <w:b/>
          <w:sz w:val="28"/>
        </w:rPr>
        <w:t>r</w:t>
      </w:r>
      <w:r w:rsidR="00F80097" w:rsidRPr="00172E13">
        <w:rPr>
          <w:b/>
          <w:sz w:val="28"/>
        </w:rPr>
        <w:t>zel</w:t>
      </w:r>
      <w:proofErr w:type="spellEnd"/>
      <w:r w:rsidR="00F80097" w:rsidRPr="00172E13">
        <w:rPr>
          <w:b/>
          <w:sz w:val="28"/>
        </w:rPr>
        <w:t>)</w:t>
      </w:r>
      <w:r w:rsidRPr="00172E13">
        <w:rPr>
          <w:b/>
          <w:sz w:val="28"/>
        </w:rPr>
        <w:t xml:space="preserve">: </w:t>
      </w:r>
      <w:r w:rsidR="00F80097" w:rsidRPr="00172E13">
        <w:rPr>
          <w:b/>
          <w:sz w:val="28"/>
        </w:rPr>
        <w:t xml:space="preserve">   </w:t>
      </w:r>
      <w:r w:rsidRPr="00172E13">
        <w:rPr>
          <w:b/>
          <w:sz w:val="28"/>
        </w:rPr>
        <w:t>_____</w:t>
      </w:r>
      <w:proofErr w:type="gramStart"/>
      <w:r w:rsidRPr="00172E13">
        <w:rPr>
          <w:b/>
          <w:sz w:val="28"/>
        </w:rPr>
        <w:t>_</w:t>
      </w:r>
      <w:r w:rsidR="00172E13">
        <w:rPr>
          <w:b/>
          <w:sz w:val="28"/>
        </w:rPr>
        <w:t xml:space="preserve">  /</w:t>
      </w:r>
      <w:proofErr w:type="gramEnd"/>
      <w:r w:rsidR="00172E13">
        <w:rPr>
          <w:b/>
          <w:sz w:val="28"/>
        </w:rPr>
        <w:t xml:space="preserve">  </w:t>
      </w:r>
      <w:r w:rsidR="00172E13" w:rsidRPr="00172E13">
        <w:rPr>
          <w:b/>
          <w:sz w:val="28"/>
        </w:rPr>
        <w:t>______</w:t>
      </w:r>
      <w:r w:rsidR="00172E13">
        <w:rPr>
          <w:b/>
          <w:sz w:val="28"/>
        </w:rPr>
        <w:t xml:space="preserve">  </w:t>
      </w:r>
    </w:p>
    <w:p w14:paraId="7BD40630" w14:textId="77777777" w:rsidR="00947236" w:rsidRDefault="00000000" w:rsidP="00F80097">
      <w:pPr>
        <w:spacing w:before="200" w:after="120" w:line="480" w:lineRule="auto"/>
      </w:pPr>
      <w:r>
        <w:rPr>
          <w:b/>
        </w:rPr>
        <w:t>Unterzeichnung: Gegenlesen der Zeugnisbemerkungen</w:t>
      </w:r>
    </w:p>
    <w:p w14:paraId="0FFE6AE2" w14:textId="3EA52621" w:rsidR="00947236" w:rsidRDefault="00000000" w:rsidP="00C3552D">
      <w:pPr>
        <w:tabs>
          <w:tab w:val="left" w:pos="1843"/>
        </w:tabs>
        <w:spacing w:after="40" w:line="408" w:lineRule="auto"/>
      </w:pPr>
      <w:r>
        <w:rPr>
          <w:b/>
        </w:rPr>
        <w:t>Deutsch</w:t>
      </w:r>
      <w:r>
        <w:tab/>
        <w:t>K: 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>U: ________</w:t>
      </w:r>
      <w:r w:rsidR="00C3552D">
        <w:t>____</w:t>
      </w:r>
      <w:r w:rsidR="00E364A3">
        <w:t>______)</w:t>
      </w:r>
    </w:p>
    <w:p w14:paraId="2E5714ED" w14:textId="77777777" w:rsidR="00947236" w:rsidRDefault="00000000" w:rsidP="00C3552D">
      <w:pPr>
        <w:tabs>
          <w:tab w:val="left" w:pos="1843"/>
        </w:tabs>
        <w:spacing w:after="40" w:line="408" w:lineRule="auto"/>
      </w:pPr>
      <w:r>
        <w:rPr>
          <w:b/>
        </w:rPr>
        <w:t>Englisch</w:t>
      </w:r>
    </w:p>
    <w:p w14:paraId="5DCAA41C" w14:textId="37E997DB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A-</w:t>
      </w:r>
      <w:proofErr w:type="spellStart"/>
      <w:r>
        <w:t>Kurs</w:t>
      </w:r>
      <w:proofErr w:type="spellEnd"/>
      <w:r>
        <w:tab/>
        <w:t xml:space="preserve">K: </w:t>
      </w:r>
      <w:r w:rsidR="00F80097">
        <w:t>_______</w:t>
      </w:r>
      <w:r>
        <w:tab/>
        <w:t>U: ________________________</w:t>
      </w:r>
      <w:r w:rsidR="00F80097">
        <w:t xml:space="preserve"> </w:t>
      </w:r>
      <w:r w:rsidR="00F80097">
        <w:tab/>
      </w:r>
      <w:r w:rsidR="00E364A3">
        <w:t>(</w:t>
      </w:r>
      <w:r w:rsidR="00F80097">
        <w:t>K: _____</w:t>
      </w:r>
      <w:r w:rsidR="00F80097">
        <w:tab/>
        <w:t xml:space="preserve">U: </w:t>
      </w:r>
      <w:r w:rsidR="00C3552D">
        <w:t>__________________)</w:t>
      </w:r>
    </w:p>
    <w:p w14:paraId="4206A21C" w14:textId="467922E8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B-</w:t>
      </w:r>
      <w:proofErr w:type="spellStart"/>
      <w:r>
        <w:t>Kurs</w:t>
      </w:r>
      <w:proofErr w:type="spellEnd"/>
      <w:r>
        <w:tab/>
        <w:t xml:space="preserve">K: </w:t>
      </w:r>
      <w:r w:rsidR="00F80097">
        <w:t>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 xml:space="preserve">U: </w:t>
      </w:r>
      <w:r w:rsidR="00C3552D">
        <w:t>__________________)</w:t>
      </w:r>
    </w:p>
    <w:p w14:paraId="1385E125" w14:textId="2EEAA4B8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C-Kurs</w:t>
      </w:r>
      <w:r>
        <w:tab/>
        <w:t xml:space="preserve">K: </w:t>
      </w:r>
      <w:r w:rsidR="00F80097">
        <w:t>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 xml:space="preserve">U: </w:t>
      </w:r>
      <w:r w:rsidR="00C3552D">
        <w:t>__________________)</w:t>
      </w:r>
    </w:p>
    <w:p w14:paraId="121AFB2C" w14:textId="77777777" w:rsidR="00947236" w:rsidRDefault="00000000" w:rsidP="00C3552D">
      <w:pPr>
        <w:tabs>
          <w:tab w:val="left" w:pos="1843"/>
        </w:tabs>
        <w:spacing w:after="40" w:line="408" w:lineRule="auto"/>
      </w:pPr>
      <w:r>
        <w:rPr>
          <w:b/>
        </w:rPr>
        <w:t>Mathematik</w:t>
      </w:r>
    </w:p>
    <w:p w14:paraId="30227956" w14:textId="63500C39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A-</w:t>
      </w:r>
      <w:proofErr w:type="spellStart"/>
      <w:r>
        <w:t>Kurs</w:t>
      </w:r>
      <w:proofErr w:type="spellEnd"/>
      <w:r>
        <w:tab/>
        <w:t xml:space="preserve">K: </w:t>
      </w:r>
      <w:r w:rsidR="00F80097">
        <w:t>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 xml:space="preserve">U: </w:t>
      </w:r>
      <w:r w:rsidR="00C3552D">
        <w:t>__________________)</w:t>
      </w:r>
    </w:p>
    <w:p w14:paraId="3595B47B" w14:textId="27A7F32F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B-Kurs</w:t>
      </w:r>
      <w:r>
        <w:tab/>
        <w:t xml:space="preserve">K: </w:t>
      </w:r>
      <w:r w:rsidR="00F80097">
        <w:t>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 xml:space="preserve">U: </w:t>
      </w:r>
      <w:r w:rsidR="00C3552D">
        <w:t>__________________)</w:t>
      </w:r>
    </w:p>
    <w:p w14:paraId="4B399D29" w14:textId="5324C613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C-</w:t>
      </w:r>
      <w:proofErr w:type="spellStart"/>
      <w:r>
        <w:t>Kurs</w:t>
      </w:r>
      <w:proofErr w:type="spellEnd"/>
      <w:r>
        <w:tab/>
        <w:t xml:space="preserve">K: </w:t>
      </w:r>
      <w:r w:rsidR="00F80097">
        <w:t>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 xml:space="preserve">U: </w:t>
      </w:r>
      <w:r w:rsidR="00C3552D">
        <w:t>__________________)</w:t>
      </w:r>
    </w:p>
    <w:p w14:paraId="7C4F1CDC" w14:textId="54B9AE4B" w:rsidR="00947236" w:rsidRDefault="00000000" w:rsidP="00C3552D">
      <w:pPr>
        <w:tabs>
          <w:tab w:val="left" w:pos="1843"/>
        </w:tabs>
        <w:spacing w:after="40" w:line="408" w:lineRule="auto"/>
      </w:pPr>
      <w:r>
        <w:rPr>
          <w:b/>
        </w:rPr>
        <w:t>Französisch</w:t>
      </w:r>
      <w:r>
        <w:tab/>
        <w:t xml:space="preserve">K: </w:t>
      </w:r>
      <w:r w:rsidR="00F80097">
        <w:t>_______</w:t>
      </w:r>
      <w:r>
        <w:tab/>
        <w:t>U: ________________________</w:t>
      </w:r>
    </w:p>
    <w:p w14:paraId="02132481" w14:textId="77777777" w:rsidR="00947236" w:rsidRDefault="00000000" w:rsidP="00C3552D">
      <w:pPr>
        <w:tabs>
          <w:tab w:val="left" w:pos="1843"/>
        </w:tabs>
        <w:spacing w:after="40" w:line="408" w:lineRule="auto"/>
      </w:pPr>
      <w:r>
        <w:rPr>
          <w:b/>
        </w:rPr>
        <w:t>Religion</w:t>
      </w:r>
    </w:p>
    <w:p w14:paraId="336C10A7" w14:textId="736E972E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rk</w:t>
      </w:r>
      <w:r>
        <w:tab/>
        <w:t xml:space="preserve">K: </w:t>
      </w:r>
      <w:r w:rsidR="00F80097">
        <w:t>_______</w:t>
      </w:r>
      <w:r>
        <w:tab/>
        <w:t>U: ________________________</w:t>
      </w:r>
    </w:p>
    <w:p w14:paraId="53C79B74" w14:textId="523E6C09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ev</w:t>
      </w:r>
      <w:r>
        <w:tab/>
        <w:t xml:space="preserve">K: </w:t>
      </w:r>
      <w:r w:rsidR="00F80097">
        <w:t>_______</w:t>
      </w:r>
      <w:r>
        <w:tab/>
        <w:t>U: ________________________</w:t>
      </w:r>
    </w:p>
    <w:p w14:paraId="2BA3983E" w14:textId="475C58EA" w:rsidR="00947236" w:rsidRDefault="00000000" w:rsidP="00C3552D">
      <w:pPr>
        <w:tabs>
          <w:tab w:val="left" w:pos="1843"/>
        </w:tabs>
        <w:spacing w:after="40" w:line="408" w:lineRule="auto"/>
        <w:ind w:left="454"/>
      </w:pPr>
      <w:r>
        <w:t>eth</w:t>
      </w:r>
      <w:r>
        <w:tab/>
        <w:t xml:space="preserve">K: </w:t>
      </w:r>
      <w:r w:rsidR="00F80097">
        <w:t>_______</w:t>
      </w:r>
      <w:r>
        <w:tab/>
        <w:t>U: ________________________</w:t>
      </w:r>
    </w:p>
    <w:p w14:paraId="2878BD19" w14:textId="731B43E6" w:rsidR="00F80097" w:rsidRDefault="00F80097" w:rsidP="00C3552D">
      <w:pPr>
        <w:tabs>
          <w:tab w:val="left" w:pos="1843"/>
        </w:tabs>
        <w:spacing w:after="40" w:line="408" w:lineRule="auto"/>
      </w:pPr>
      <w:proofErr w:type="spellStart"/>
      <w:r>
        <w:rPr>
          <w:b/>
        </w:rPr>
        <w:t>Geschichte</w:t>
      </w:r>
      <w:proofErr w:type="spellEnd"/>
      <w:r>
        <w:tab/>
        <w:t>K: _______</w:t>
      </w:r>
      <w:r>
        <w:tab/>
        <w:t>U: ________________________</w:t>
      </w:r>
    </w:p>
    <w:p w14:paraId="29D019CE" w14:textId="05863381" w:rsidR="00F80097" w:rsidRDefault="00F80097" w:rsidP="00C3552D">
      <w:pPr>
        <w:tabs>
          <w:tab w:val="left" w:pos="1843"/>
        </w:tabs>
        <w:spacing w:after="40" w:line="408" w:lineRule="auto"/>
      </w:pPr>
      <w:proofErr w:type="spellStart"/>
      <w:r>
        <w:rPr>
          <w:b/>
        </w:rPr>
        <w:t>Geographie</w:t>
      </w:r>
      <w:proofErr w:type="spellEnd"/>
      <w:r>
        <w:tab/>
        <w:t>K: _______</w:t>
      </w:r>
      <w:r>
        <w:tab/>
        <w:t>U: ________________________</w:t>
      </w:r>
    </w:p>
    <w:p w14:paraId="38E2C6F8" w14:textId="70054046" w:rsidR="00F80097" w:rsidRDefault="00F80097" w:rsidP="00C3552D">
      <w:pPr>
        <w:tabs>
          <w:tab w:val="left" w:pos="1843"/>
        </w:tabs>
        <w:spacing w:after="40" w:line="408" w:lineRule="auto"/>
      </w:pPr>
      <w:proofErr w:type="spellStart"/>
      <w:r>
        <w:rPr>
          <w:b/>
        </w:rPr>
        <w:t>Natur</w:t>
      </w:r>
      <w:proofErr w:type="spellEnd"/>
      <w:r>
        <w:rPr>
          <w:b/>
        </w:rPr>
        <w:t xml:space="preserve"> und Technik</w:t>
      </w:r>
      <w:r>
        <w:tab/>
        <w:t>K: 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 xml:space="preserve">U: </w:t>
      </w:r>
      <w:r w:rsidR="00C3552D">
        <w:t>__________________)</w:t>
      </w:r>
    </w:p>
    <w:p w14:paraId="0D977E65" w14:textId="023091E6" w:rsidR="00947236" w:rsidRDefault="00000000" w:rsidP="00C3552D">
      <w:pPr>
        <w:tabs>
          <w:tab w:val="left" w:pos="1843"/>
        </w:tabs>
        <w:spacing w:after="40" w:line="408" w:lineRule="auto"/>
      </w:pPr>
      <w:r>
        <w:rPr>
          <w:b/>
        </w:rPr>
        <w:t>Kunst</w:t>
      </w:r>
      <w:r>
        <w:tab/>
        <w:t xml:space="preserve">K: </w:t>
      </w:r>
      <w:r w:rsidR="00F80097">
        <w:t>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 xml:space="preserve">U: </w:t>
      </w:r>
      <w:r w:rsidR="00C3552D">
        <w:t>__________________)</w:t>
      </w:r>
    </w:p>
    <w:p w14:paraId="07D8AAEF" w14:textId="60212475" w:rsidR="00947236" w:rsidRDefault="00000000" w:rsidP="00C3552D">
      <w:pPr>
        <w:tabs>
          <w:tab w:val="left" w:pos="1843"/>
        </w:tabs>
        <w:spacing w:after="40" w:line="408" w:lineRule="auto"/>
      </w:pPr>
      <w:r>
        <w:rPr>
          <w:b/>
        </w:rPr>
        <w:t>Musik</w:t>
      </w:r>
      <w:r>
        <w:tab/>
        <w:t xml:space="preserve">K: </w:t>
      </w:r>
      <w:r w:rsidR="00F80097">
        <w:t>_______</w:t>
      </w:r>
      <w:r>
        <w:tab/>
        <w:t>U: ________________________</w:t>
      </w:r>
    </w:p>
    <w:p w14:paraId="1E2235D1" w14:textId="3C0F701C" w:rsidR="00947236" w:rsidRDefault="00000000" w:rsidP="00C3552D">
      <w:pPr>
        <w:tabs>
          <w:tab w:val="left" w:pos="1843"/>
        </w:tabs>
        <w:spacing w:after="0" w:line="408" w:lineRule="auto"/>
      </w:pPr>
      <w:r>
        <w:rPr>
          <w:b/>
        </w:rPr>
        <w:t>Sport</w:t>
      </w:r>
      <w:r>
        <w:tab/>
        <w:t xml:space="preserve">K: </w:t>
      </w:r>
      <w:r w:rsidR="00F80097">
        <w:t>_______</w:t>
      </w:r>
      <w:r>
        <w:tab/>
        <w:t>U: ________________________</w:t>
      </w:r>
      <w:r w:rsidR="00E364A3">
        <w:tab/>
      </w:r>
      <w:r w:rsidR="00E364A3">
        <w:tab/>
      </w:r>
      <w:r w:rsidR="00E364A3">
        <w:t>(K: _____</w:t>
      </w:r>
      <w:r w:rsidR="00E364A3">
        <w:tab/>
        <w:t xml:space="preserve">U: </w:t>
      </w:r>
      <w:r w:rsidR="00C3552D">
        <w:t>__________________)</w:t>
      </w:r>
    </w:p>
    <w:sectPr w:rsidR="00947236" w:rsidSect="00C3552D">
      <w:footerReference w:type="default" r:id="rId8"/>
      <w:pgSz w:w="12240" w:h="15840"/>
      <w:pgMar w:top="851" w:right="3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91473" w14:textId="77777777" w:rsidR="009321C5" w:rsidRDefault="009321C5">
      <w:pPr>
        <w:spacing w:after="0" w:line="240" w:lineRule="auto"/>
      </w:pPr>
      <w:r>
        <w:separator/>
      </w:r>
    </w:p>
  </w:endnote>
  <w:endnote w:type="continuationSeparator" w:id="0">
    <w:p w14:paraId="187C6A60" w14:textId="77777777" w:rsidR="009321C5" w:rsidRDefault="00932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BD458" w14:textId="77777777" w:rsidR="00947236" w:rsidRDefault="00000000">
    <w:pPr>
      <w:pStyle w:val="Fuzeile"/>
      <w:jc w:val="center"/>
    </w:pPr>
    <w:r>
      <w:rPr>
        <w:i/>
        <w:sz w:val="18"/>
      </w:rPr>
      <w:t xml:space="preserve">K = </w:t>
    </w:r>
    <w:proofErr w:type="spellStart"/>
    <w:r>
      <w:rPr>
        <w:i/>
        <w:sz w:val="18"/>
      </w:rPr>
      <w:t>Lehrerkürzel</w:t>
    </w:r>
    <w:proofErr w:type="spellEnd"/>
    <w:r>
      <w:rPr>
        <w:i/>
        <w:sz w:val="18"/>
      </w:rPr>
      <w:t xml:space="preserve">    U = Unterschrift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F48FB" w14:textId="77777777" w:rsidR="009321C5" w:rsidRDefault="009321C5">
      <w:pPr>
        <w:spacing w:after="0" w:line="240" w:lineRule="auto"/>
      </w:pPr>
      <w:r>
        <w:separator/>
      </w:r>
    </w:p>
  </w:footnote>
  <w:footnote w:type="continuationSeparator" w:id="0">
    <w:p w14:paraId="42BEB0B5" w14:textId="77777777" w:rsidR="009321C5" w:rsidRDefault="00932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8486040">
    <w:abstractNumId w:val="8"/>
  </w:num>
  <w:num w:numId="2" w16cid:durableId="1544291248">
    <w:abstractNumId w:val="6"/>
  </w:num>
  <w:num w:numId="3" w16cid:durableId="154490396">
    <w:abstractNumId w:val="5"/>
  </w:num>
  <w:num w:numId="4" w16cid:durableId="1672564254">
    <w:abstractNumId w:val="4"/>
  </w:num>
  <w:num w:numId="5" w16cid:durableId="1258438824">
    <w:abstractNumId w:val="7"/>
  </w:num>
  <w:num w:numId="6" w16cid:durableId="1162163020">
    <w:abstractNumId w:val="3"/>
  </w:num>
  <w:num w:numId="7" w16cid:durableId="1378773365">
    <w:abstractNumId w:val="2"/>
  </w:num>
  <w:num w:numId="8" w16cid:durableId="1378772070">
    <w:abstractNumId w:val="1"/>
  </w:num>
  <w:num w:numId="9" w16cid:durableId="238830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2E13"/>
    <w:rsid w:val="0029639D"/>
    <w:rsid w:val="00326F90"/>
    <w:rsid w:val="009321C5"/>
    <w:rsid w:val="00947236"/>
    <w:rsid w:val="00A80E6C"/>
    <w:rsid w:val="00AA1D8D"/>
    <w:rsid w:val="00B47730"/>
    <w:rsid w:val="00C3552D"/>
    <w:rsid w:val="00C472A6"/>
    <w:rsid w:val="00CB0664"/>
    <w:rsid w:val="00E364A3"/>
    <w:rsid w:val="00F8009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D8501C"/>
  <w14:defaultImageDpi w14:val="300"/>
  <w15:docId w15:val="{5F775A3C-7DB2-49E9-859C-A66B6A94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rPr>
      <w:rFonts w:ascii="Calibri" w:eastAsia="Calibri" w:hAnsi="Calibri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1204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Familua</cp:lastModifiedBy>
  <cp:revision>5</cp:revision>
  <dcterms:created xsi:type="dcterms:W3CDTF">2013-12-23T23:15:00Z</dcterms:created>
  <dcterms:modified xsi:type="dcterms:W3CDTF">2026-01-24T14:01:00Z</dcterms:modified>
  <cp:category/>
</cp:coreProperties>
</file>